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60"/>
        <w:jc w:val="center"/>
      </w:pPr>
      <w:r>
        <w:t>План уроку «Інтерфейс Higgsfield»</w:t>
      </w:r>
    </w:p>
    <w:p>
      <w:pPr>
        <w:pStyle w:val="Heading1"/>
        <w:keepNext/>
        <w:spacing w:before="120" w:after="40"/>
      </w:pPr>
      <w:r>
        <w:t>1. Що таке Higgsfield</w:t>
      </w:r>
    </w:p>
    <w:p>
      <w:pPr>
        <w:pStyle w:val="ListBullet"/>
        <w:spacing w:after="10" w:line="240" w:lineRule="auto"/>
        <w:ind w:left="340" w:hanging="170"/>
      </w:pPr>
      <w:r>
        <w:t>AI-платформа, де в одному інтерфейсі зібрані моделі та інструменти для генерації зображень і відео.</w:t>
      </w:r>
    </w:p>
    <w:p>
      <w:pPr>
        <w:pStyle w:val="ListBullet"/>
        <w:spacing w:after="10" w:line="240" w:lineRule="auto"/>
        <w:ind w:left="340" w:hanging="170"/>
      </w:pPr>
      <w:r>
        <w:t>У Higgsfield є власні моделі, зокрема Soul.</w:t>
      </w:r>
    </w:p>
    <w:p>
      <w:pPr>
        <w:pStyle w:val="ListBullet"/>
        <w:spacing w:after="10" w:line="240" w:lineRule="auto"/>
        <w:ind w:left="340" w:hanging="170"/>
      </w:pPr>
      <w:r>
        <w:t>На цьому етапі нас цікавить передусім Soul 2 для створення реалістичних AI-моделей.</w:t>
      </w:r>
    </w:p>
    <w:p>
      <w:pPr>
        <w:pStyle w:val="Heading1"/>
        <w:keepNext/>
        <w:spacing w:before="120" w:after="40"/>
      </w:pPr>
      <w:r>
        <w:t>2. Підписки і кредити</w:t>
      </w:r>
    </w:p>
    <w:p>
      <w:pPr>
        <w:pStyle w:val="ListBullet"/>
        <w:spacing w:after="10" w:line="240" w:lineRule="auto"/>
        <w:ind w:left="340" w:hanging="170"/>
      </w:pPr>
      <w:r>
        <w:t>Реєструємося через Google або іншим зручним способом.</w:t>
      </w:r>
    </w:p>
    <w:p>
      <w:pPr>
        <w:pStyle w:val="ListBullet"/>
        <w:spacing w:after="10" w:line="240" w:lineRule="auto"/>
        <w:ind w:left="340" w:hanging="170"/>
      </w:pPr>
      <w:r>
        <w:t>Відкриваємо: Account → Manage account → Subscription → Upgrade plan.</w:t>
      </w:r>
    </w:p>
    <w:p>
      <w:pPr>
        <w:pStyle w:val="ListBullet"/>
        <w:spacing w:after="10" w:line="240" w:lineRule="auto"/>
        <w:ind w:left="340" w:hanging="170"/>
      </w:pPr>
      <w:r>
        <w:t>Дивимося активний тариф, кількість кредитів, доступні моделі, Unlimited-функції та можливість змінити тариф.</w:t>
      </w:r>
    </w:p>
    <w:p>
      <w:pPr>
        <w:pStyle w:val="ListBullet"/>
        <w:spacing w:after="10" w:line="240" w:lineRule="auto"/>
        <w:ind w:left="340" w:hanging="170"/>
      </w:pPr>
      <w:r>
        <w:t>Кредити — внутрішня одиниця, яка списується за генерації. У різних моделях вартість генерації відрізняється.</w:t>
      </w:r>
    </w:p>
    <w:p>
      <w:pPr>
        <w:pStyle w:val="ListBullet"/>
        <w:spacing w:after="10" w:line="240" w:lineRule="auto"/>
        <w:ind w:left="340" w:hanging="170"/>
      </w:pPr>
      <w:r>
        <w:t>Обов’язково перевіряємо, що вибрано Monthly, а не Annual.</w:t>
      </w:r>
    </w:p>
    <w:p>
      <w:pPr>
        <w:pStyle w:val="ListBullet"/>
        <w:spacing w:after="10" w:line="240" w:lineRule="auto"/>
        <w:ind w:left="340" w:hanging="170"/>
      </w:pPr>
      <w:r>
        <w:t>Показуємо доступні тарифи і коротко пояснюємо різницю між ними.</w:t>
      </w:r>
    </w:p>
    <w:p>
      <w:pPr>
        <w:pStyle w:val="Heading1"/>
        <w:keepNext/>
        <w:spacing w:before="120" w:after="40"/>
      </w:pPr>
      <w:r>
        <w:t>3. Higgsfield і Dzine: як я працюю</w:t>
      </w:r>
    </w:p>
    <w:p>
      <w:pPr>
        <w:pStyle w:val="ListBullet"/>
        <w:spacing w:after="10" w:line="240" w:lineRule="auto"/>
        <w:ind w:left="340" w:hanging="170"/>
      </w:pPr>
      <w:r>
        <w:t>Реалістичних моделей я створюю в Soul 2 у Higgsfield.</w:t>
      </w:r>
    </w:p>
    <w:p>
      <w:pPr>
        <w:pStyle w:val="ListBullet"/>
        <w:spacing w:after="10" w:line="240" w:lineRule="auto"/>
        <w:ind w:left="340" w:hanging="170"/>
      </w:pPr>
      <w:r>
        <w:t>Для подальшої роботи із зображеннями та відео використовую Dzine.</w:t>
      </w:r>
    </w:p>
    <w:p>
      <w:pPr>
        <w:pStyle w:val="ListBullet"/>
        <w:spacing w:after="10" w:line="240" w:lineRule="auto"/>
        <w:ind w:left="340" w:hanging="170"/>
      </w:pPr>
      <w:r>
        <w:t>У Dzine на моєму тарифі генерація зображень Unlimited, а відео витрачає кредити.</w:t>
      </w:r>
    </w:p>
    <w:p>
      <w:pPr>
        <w:pStyle w:val="ListBullet"/>
        <w:spacing w:after="10" w:line="240" w:lineRule="auto"/>
        <w:ind w:left="340" w:hanging="170"/>
      </w:pPr>
      <w:r>
        <w:t>Це мій особистий workflow, а не обов’язкова схема.</w:t>
      </w:r>
    </w:p>
    <w:p>
      <w:pPr>
        <w:pStyle w:val="ListBullet"/>
        <w:spacing w:after="10" w:line="240" w:lineRule="auto"/>
        <w:ind w:left="340" w:hanging="170"/>
      </w:pPr>
      <w:r>
        <w:t>Для початку можна користуватися тільки Higgsfield.</w:t>
      </w:r>
    </w:p>
    <w:p>
      <w:pPr>
        <w:pStyle w:val="ListBullet"/>
        <w:spacing w:after="10" w:line="240" w:lineRule="auto"/>
        <w:ind w:left="340" w:hanging="170"/>
      </w:pPr>
      <w:r>
        <w:t>Якщо ваша задача — навчитися створювати AI-моделей, можна почати з найдешевшого активного тарифу Higgsfield.</w:t>
      </w:r>
    </w:p>
    <w:p>
      <w:pPr>
        <w:pStyle w:val="ListBullet"/>
        <w:spacing w:after="10" w:line="240" w:lineRule="auto"/>
        <w:ind w:left="340" w:hanging="170"/>
      </w:pPr>
      <w:r>
        <w:t>Невикористані безкоштовні генерації Soul можуть залишатися на акаунті після завершення дорожчого тарифу, але для генерації потрібна активна підписка.</w:t>
      </w:r>
    </w:p>
    <w:p>
      <w:pPr>
        <w:pStyle w:val="Heading1"/>
        <w:keepNext/>
        <w:spacing w:before="120" w:after="40"/>
      </w:pPr>
      <w:r>
        <w:t>4. Основні розділи Higgsfield</w:t>
      </w:r>
    </w:p>
    <w:p>
      <w:pPr>
        <w:pStyle w:val="ListBullet"/>
        <w:spacing w:after="10" w:line="240" w:lineRule="auto"/>
        <w:ind w:left="340" w:hanging="170"/>
      </w:pPr>
      <w:r>
        <w:t>Image — генерація зображень.</w:t>
      </w:r>
    </w:p>
    <w:p>
      <w:pPr>
        <w:pStyle w:val="ListBullet"/>
        <w:spacing w:after="10" w:line="240" w:lineRule="auto"/>
        <w:ind w:left="340" w:hanging="170"/>
      </w:pPr>
      <w:r>
        <w:t>Video — генерація відео.</w:t>
      </w:r>
    </w:p>
    <w:p>
      <w:pPr>
        <w:pStyle w:val="ListBullet"/>
        <w:spacing w:after="10" w:line="240" w:lineRule="auto"/>
        <w:ind w:left="340" w:hanging="170"/>
      </w:pPr>
      <w:r>
        <w:t>У цьому уроці працюємо тільки з Image.</w:t>
      </w:r>
    </w:p>
    <w:p>
      <w:pPr>
        <w:pStyle w:val="ListBullet"/>
        <w:spacing w:after="10" w:line="240" w:lineRule="auto"/>
        <w:ind w:left="340" w:hanging="170"/>
      </w:pPr>
      <w:r>
        <w:t>На Level Pro у великому курсі будемо проходити більше AI-моделей та інструментів для генерації продуктів, інтер’єрів, їжі та іншого комерційного контенту.</w:t>
      </w:r>
    </w:p>
    <w:p>
      <w:pPr>
        <w:pStyle w:val="Heading1"/>
        <w:keepNext/>
        <w:spacing w:before="120" w:after="40"/>
      </w:pPr>
      <w:r>
        <w:t>5. Переходимо в Soul 2</w:t>
      </w:r>
    </w:p>
    <w:p>
      <w:pPr>
        <w:pStyle w:val="ListBullet"/>
        <w:spacing w:after="10" w:line="240" w:lineRule="auto"/>
        <w:ind w:left="340" w:hanging="170"/>
      </w:pPr>
      <w:r>
        <w:t>У моєму акаунті вже є багато згенерованих моделей. У новому акаунті цього не буде.</w:t>
      </w:r>
    </w:p>
    <w:p>
      <w:pPr>
        <w:pStyle w:val="ListBullet"/>
        <w:spacing w:after="10" w:line="240" w:lineRule="auto"/>
        <w:ind w:left="340" w:hanging="170"/>
      </w:pPr>
      <w:r>
        <w:t>Розбираємо інтерфейс Soul 2.</w:t>
      </w:r>
    </w:p>
    <w:p>
      <w:pPr>
        <w:pStyle w:val="Heading1"/>
        <w:keepNext/>
        <w:spacing w:before="120" w:after="40"/>
      </w:pPr>
      <w:r>
        <w:t>6. Вибір моделі</w:t>
      </w:r>
    </w:p>
    <w:p>
      <w:pPr>
        <w:pStyle w:val="ListBullet"/>
        <w:spacing w:after="10" w:line="240" w:lineRule="auto"/>
        <w:ind w:left="340" w:hanging="170"/>
      </w:pPr>
      <w:r>
        <w:t>У полі Model обираємо Soul 2.</w:t>
      </w:r>
    </w:p>
    <w:p>
      <w:pPr>
        <w:pStyle w:val="ListBullet"/>
        <w:spacing w:after="10" w:line="240" w:lineRule="auto"/>
        <w:ind w:left="340" w:hanging="170"/>
      </w:pPr>
      <w:r>
        <w:t>Саме з нею будемо працювати при створенні реалістичних моделей.</w:t>
      </w:r>
    </w:p>
    <w:p>
      <w:pPr>
        <w:pStyle w:val="Heading1"/>
        <w:keepNext/>
        <w:spacing w:before="120" w:after="40"/>
      </w:pPr>
      <w:r>
        <w:t>7. Поле Prompt</w:t>
      </w:r>
    </w:p>
    <w:p>
      <w:pPr>
        <w:pStyle w:val="ListBullet"/>
        <w:spacing w:after="10" w:line="240" w:lineRule="auto"/>
        <w:ind w:left="340" w:hanging="170"/>
      </w:pPr>
      <w:r>
        <w:t>Сюди вставляємо промпт для генерації.</w:t>
      </w:r>
    </w:p>
    <w:p>
      <w:pPr>
        <w:pStyle w:val="ListBullet"/>
        <w:spacing w:after="10" w:line="240" w:lineRule="auto"/>
        <w:ind w:left="340" w:hanging="170"/>
      </w:pPr>
      <w:r>
        <w:t>Промпти будемо готувати окремо за нашою системою.</w:t>
      </w:r>
    </w:p>
    <w:p>
      <w:pPr>
        <w:pStyle w:val="Heading1"/>
        <w:keepNext/>
        <w:spacing w:before="120" w:after="40"/>
      </w:pPr>
      <w:r>
        <w:t>8. Формат зображення</w:t>
      </w:r>
    </w:p>
    <w:p>
      <w:pPr>
        <w:pStyle w:val="ListBullet"/>
        <w:spacing w:after="10" w:line="240" w:lineRule="auto"/>
        <w:ind w:left="340" w:hanging="170"/>
      </w:pPr>
      <w:r>
        <w:t>3:4 — для Instagram.</w:t>
      </w:r>
    </w:p>
    <w:p>
      <w:pPr>
        <w:pStyle w:val="ListBullet"/>
        <w:spacing w:after="10" w:line="240" w:lineRule="auto"/>
        <w:ind w:left="340" w:hanging="170"/>
      </w:pPr>
      <w:r>
        <w:t>9:16 — для Stories / вертикального контенту.</w:t>
      </w:r>
    </w:p>
    <w:p>
      <w:pPr>
        <w:pStyle w:val="ListBullet"/>
        <w:spacing w:after="10" w:line="240" w:lineRule="auto"/>
        <w:ind w:left="340" w:hanging="170"/>
      </w:pPr>
      <w:r>
        <w:t>1:1 — квадратний формат, зокрема для платформ типу Amazon.</w:t>
      </w:r>
    </w:p>
    <w:p>
      <w:pPr>
        <w:pStyle w:val="ListBullet"/>
        <w:spacing w:after="10" w:line="240" w:lineRule="auto"/>
        <w:ind w:left="340" w:hanging="170"/>
      </w:pPr>
      <w:r>
        <w:t>Інші формати на цьому етапі нам не потрібні.</w:t>
      </w:r>
    </w:p>
    <w:p>
      <w:pPr>
        <w:pStyle w:val="Heading1"/>
        <w:keepNext/>
        <w:spacing w:before="120" w:after="40"/>
      </w:pPr>
      <w:r>
        <w:t>9. Якість</w:t>
      </w:r>
    </w:p>
    <w:p>
      <w:pPr>
        <w:pStyle w:val="ListBullet"/>
        <w:spacing w:after="10" w:line="240" w:lineRule="auto"/>
        <w:ind w:left="340" w:hanging="170"/>
      </w:pPr>
      <w:r>
        <w:t>Обираємо 2K.</w:t>
      </w:r>
    </w:p>
    <w:p>
      <w:pPr>
        <w:pStyle w:val="ListBullet"/>
        <w:spacing w:after="10" w:line="240" w:lineRule="auto"/>
        <w:ind w:left="340" w:hanging="170"/>
      </w:pPr>
      <w:r>
        <w:t>Для створення моделей працюємо в 2K.</w:t>
      </w:r>
    </w:p>
    <w:p>
      <w:pPr>
        <w:pStyle w:val="Heading1"/>
        <w:keepNext/>
        <w:spacing w:before="120" w:after="40"/>
      </w:pPr>
      <w:r>
        <w:t>10. Кількість зображень</w:t>
      </w:r>
    </w:p>
    <w:p>
      <w:pPr>
        <w:pStyle w:val="ListBullet"/>
        <w:spacing w:after="10" w:line="240" w:lineRule="auto"/>
        <w:ind w:left="340" w:hanging="170"/>
      </w:pPr>
      <w:r>
        <w:t>Обираємо, скільки фотографій Soul створить з одного промпту.</w:t>
      </w:r>
    </w:p>
    <w:p>
      <w:pPr>
        <w:pStyle w:val="ListBullet"/>
        <w:spacing w:after="10" w:line="240" w:lineRule="auto"/>
        <w:ind w:left="340" w:hanging="170"/>
      </w:pPr>
      <w:r>
        <w:t>Я зазвичай ставлю 4 генерації на один промпт.</w:t>
      </w:r>
    </w:p>
    <w:p>
      <w:pPr>
        <w:pStyle w:val="ListBullet"/>
        <w:spacing w:after="10" w:line="240" w:lineRule="auto"/>
        <w:ind w:left="340" w:hanging="170"/>
      </w:pPr>
      <w:r>
        <w:t>Це економить час: з чотирьох результатів часто 1–2 підходять, інші можуть бути непридатними.</w:t>
      </w:r>
    </w:p>
    <w:p>
      <w:pPr>
        <w:pStyle w:val="ListBullet"/>
        <w:spacing w:after="10" w:line="240" w:lineRule="auto"/>
        <w:ind w:left="340" w:hanging="170"/>
      </w:pPr>
      <w:r>
        <w:t>Якщо генерацій у вас мало, кількість можна зменшити.</w:t>
      </w:r>
    </w:p>
    <w:p>
      <w:pPr>
        <w:pStyle w:val="Heading1"/>
        <w:keepNext/>
        <w:spacing w:before="120" w:after="40"/>
      </w:pPr>
      <w:r>
        <w:t>11. Character</w:t>
      </w:r>
    </w:p>
    <w:p>
      <w:pPr>
        <w:pStyle w:val="ListBullet"/>
        <w:spacing w:after="10" w:line="240" w:lineRule="auto"/>
        <w:ind w:left="340" w:hanging="170"/>
      </w:pPr>
      <w:r>
        <w:t>Character — функція для створення і збереження конкретного персонажа.</w:t>
      </w:r>
    </w:p>
    <w:p>
      <w:pPr>
        <w:pStyle w:val="ListBullet"/>
        <w:spacing w:after="10" w:line="240" w:lineRule="auto"/>
        <w:ind w:left="340" w:hanging="170"/>
      </w:pPr>
      <w:r>
        <w:t>Потім його можна використовувати в наступних генераціях, щоб краще зберігати однакову зовнішність.</w:t>
      </w:r>
    </w:p>
    <w:p>
      <w:pPr>
        <w:pStyle w:val="ListBullet"/>
        <w:spacing w:after="10" w:line="240" w:lineRule="auto"/>
        <w:ind w:left="340" w:hanging="170"/>
      </w:pPr>
      <w:r>
        <w:t>На цьому етапі детально не використовуємо.</w:t>
      </w:r>
    </w:p>
    <w:p>
      <w:pPr>
        <w:pStyle w:val="Heading1"/>
        <w:keepNext/>
        <w:spacing w:before="120" w:after="40"/>
      </w:pPr>
      <w:r>
        <w:t>12. Moodboards</w:t>
      </w:r>
    </w:p>
    <w:p>
      <w:pPr>
        <w:pStyle w:val="ListBullet"/>
        <w:spacing w:after="10" w:line="240" w:lineRule="auto"/>
        <w:ind w:left="340" w:hanging="170"/>
      </w:pPr>
      <w:r>
        <w:t>Тут можна створювати власні мудборди зі стилями та візуальними референсами.</w:t>
      </w:r>
    </w:p>
    <w:p>
      <w:pPr>
        <w:pStyle w:val="ListBullet"/>
        <w:spacing w:after="10" w:line="240" w:lineRule="auto"/>
        <w:ind w:left="340" w:hanging="170"/>
      </w:pPr>
      <w:r>
        <w:t>У цьому уроці вони нам не потрібні, але показуємо, де ця функція знаходиться і для чого вона існує.</w:t>
      </w:r>
    </w:p>
    <w:p>
      <w:pPr>
        <w:pStyle w:val="Heading1"/>
        <w:keepNext/>
        <w:spacing w:before="120" w:after="40"/>
      </w:pPr>
      <w:r>
        <w:t>13. Prompt Enhancement</w:t>
      </w:r>
    </w:p>
    <w:p>
      <w:pPr>
        <w:pStyle w:val="ListBullet"/>
        <w:spacing w:after="10" w:line="240" w:lineRule="auto"/>
        <w:ind w:left="340" w:hanging="170"/>
      </w:pPr>
      <w:r>
        <w:t>Функція автоматично допрацьовує промпт перед генерацією.</w:t>
      </w:r>
    </w:p>
    <w:p>
      <w:pPr>
        <w:pStyle w:val="ListBullet"/>
        <w:spacing w:after="10" w:line="240" w:lineRule="auto"/>
        <w:ind w:left="340" w:hanging="170"/>
      </w:pPr>
      <w:r>
        <w:t>Я її вимикаю, тому що ми працюємо з уже підготовленими промптами через нашого AI-асистента і не хочемо, щоб система самостійно їх змінювала.</w:t>
      </w:r>
    </w:p>
    <w:p>
      <w:pPr>
        <w:pStyle w:val="ListBullet"/>
        <w:spacing w:after="10" w:line="240" w:lineRule="auto"/>
        <w:ind w:left="340" w:hanging="170"/>
      </w:pPr>
      <w:r>
        <w:t>За бажанням можна протестувати генерацію з цією функцією і без неї.</w:t>
      </w:r>
    </w:p>
    <w:p>
      <w:pPr>
        <w:pStyle w:val="Heading1"/>
        <w:keepNext/>
        <w:spacing w:before="120" w:after="40"/>
      </w:pPr>
      <w:r>
        <w:t>14. Generate</w:t>
      </w:r>
    </w:p>
    <w:p>
      <w:pPr>
        <w:pStyle w:val="ListBullet"/>
        <w:spacing w:after="10" w:line="240" w:lineRule="auto"/>
        <w:ind w:left="340" w:hanging="170"/>
      </w:pPr>
      <w:r>
        <w:t>Перед генерацією перевіряємо: Soul 2, промпт, формат, 2K, кількість фотографій і вимкнений Prompt Enhancement.</w:t>
      </w:r>
    </w:p>
    <w:p>
      <w:pPr>
        <w:pStyle w:val="ListBullet"/>
        <w:spacing w:after="10" w:line="240" w:lineRule="auto"/>
        <w:ind w:left="340" w:hanging="170"/>
      </w:pPr>
      <w:r>
        <w:t>Після цього натискаємо Generate.</w:t>
      </w:r>
    </w:p>
    <w:p>
      <w:pPr>
        <w:pStyle w:val="Heading1"/>
        <w:keepNext/>
        <w:spacing w:before="120" w:after="40"/>
      </w:pPr>
      <w:r>
        <w:t>15. Завершення уроку</w:t>
      </w:r>
    </w:p>
    <w:p>
      <w:pPr>
        <w:pStyle w:val="ListBullet"/>
        <w:spacing w:after="10" w:line="240" w:lineRule="auto"/>
        <w:ind w:left="340" w:hanging="170"/>
      </w:pPr>
      <w:r>
        <w:t>На цьому завершуємо знайомство з інтерфейсом Higgsfield і Soul 2.</w:t>
      </w:r>
    </w:p>
    <w:p>
      <w:pPr>
        <w:pStyle w:val="ListBullet"/>
        <w:spacing w:after="10" w:line="240" w:lineRule="auto"/>
        <w:ind w:left="340" w:hanging="170"/>
      </w:pPr>
      <w:r>
        <w:t>На наступному уроці ми створимо нашого першого AI-асистента, який буде допомагати нам створювати AI-моделі та готувати для них промпти.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