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AI REAL MODEL</w:t>
        <w:br/>
        <w:t>УРОК 3</w:t>
      </w:r>
    </w:p>
    <w:p>
      <w:pPr>
        <w:spacing w:after="120" w:line="259" w:lineRule="auto"/>
        <w:jc w:val="center"/>
      </w:pPr>
      <w:r>
        <w:rPr>
          <w:b/>
          <w:sz w:val="28"/>
        </w:rPr>
        <w:t>Створюємо AI-асистента в Claude для промптів AI-моделей</w:t>
      </w:r>
    </w:p>
    <w:p>
      <w:pPr>
        <w:pStyle w:val="Heading1"/>
        <w:spacing w:before="200" w:after="100"/>
      </w:pPr>
      <w:r>
        <w:t>Що ми зробимо</w:t>
      </w:r>
    </w:p>
    <w:p>
      <w:pPr>
        <w:spacing w:after="120" w:line="259" w:lineRule="auto"/>
      </w:pPr>
      <w:r>
        <w:t>Створимо в Claude окремий проєкт-асистент, який буде створювати промпти для генерації AI-моделей.</w:t>
      </w:r>
    </w:p>
    <w:p>
      <w:pPr>
        <w:spacing w:after="120" w:line="259" w:lineRule="auto"/>
      </w:pPr>
      <w:r>
        <w:rPr>
          <w:b/>
        </w:rPr>
        <w:t>Асистент працює у двох режимах:</w:t>
      </w:r>
    </w:p>
    <w:p>
      <w:pPr>
        <w:pStyle w:val="ListBullet"/>
      </w:pPr>
      <w:r>
        <w:t>За текстовим описом — ми словами описуємо, яку модель хочемо отримати.</w:t>
      </w:r>
    </w:p>
    <w:p>
      <w:pPr>
        <w:pStyle w:val="ListBullet"/>
      </w:pPr>
      <w:r>
        <w:t>За фото-референсом — завантажуємо фотографію, а асистент аналізує зовнішність і створює промпт на її основі.</w:t>
      </w:r>
    </w:p>
    <w:p>
      <w:pPr>
        <w:pStyle w:val="Heading1"/>
        <w:spacing w:before="200" w:after="100"/>
      </w:pPr>
      <w:r>
        <w:t>1. Реєструємося в Claude</w:t>
      </w:r>
    </w:p>
    <w:p>
      <w:pPr>
        <w:spacing w:after="120" w:line="259" w:lineRule="auto"/>
      </w:pPr>
      <w:r>
        <w:t>Створюємо акаунт у Claude.</w:t>
      </w:r>
    </w:p>
    <w:p>
      <w:pPr>
        <w:spacing w:after="120" w:line="259" w:lineRule="auto"/>
      </w:pPr>
      <w:r>
        <w:t>Для роботи на курсі використовуємо платний тариф. Нам достатньо найдешевшого платного пакета — дорожчі тарифи для цього завдання не потрібні.</w:t>
      </w:r>
    </w:p>
    <w:p>
      <w:pPr>
        <w:pStyle w:val="Heading1"/>
        <w:spacing w:before="200" w:after="100"/>
      </w:pPr>
      <w:r>
        <w:t>2. Обираємо модель Claude</w:t>
      </w:r>
    </w:p>
    <w:p>
      <w:pPr>
        <w:spacing w:after="120" w:line="259" w:lineRule="auto"/>
      </w:pPr>
      <w:r>
        <w:t>У Claude є три основні сімейства моделей:</w:t>
      </w:r>
    </w:p>
    <w:p>
      <w:pPr>
        <w:pStyle w:val="ListBullet"/>
      </w:pPr>
      <w:r>
        <w:rPr>
          <w:b/>
        </w:rPr>
        <w:t xml:space="preserve">Haiku — </w:t>
      </w:r>
      <w:r>
        <w:t>для простих і швидких задач.</w:t>
      </w:r>
    </w:p>
    <w:p>
      <w:pPr>
        <w:pStyle w:val="ListBullet"/>
      </w:pPr>
      <w:r>
        <w:rPr>
          <w:b/>
        </w:rPr>
        <w:t xml:space="preserve">Sonnet — </w:t>
      </w:r>
      <w:r>
        <w:t>баланс якості, швидкості та витрат. Саме на Sonnet ми працюємо в цьому уроці.</w:t>
      </w:r>
    </w:p>
    <w:p>
      <w:pPr>
        <w:pStyle w:val="ListBullet"/>
      </w:pPr>
      <w:r>
        <w:rPr>
          <w:b/>
        </w:rPr>
        <w:t xml:space="preserve">Opus — </w:t>
      </w:r>
      <w:r>
        <w:t>для складніших задач, де потрібно більше аналізу. Вона швидше витрачає доступний ліміт використання.</w:t>
      </w:r>
    </w:p>
    <w:p>
      <w:pPr>
        <w:spacing w:after="120" w:line="259" w:lineRule="auto"/>
      </w:pPr>
      <w:r>
        <w:rPr>
          <w:b/>
        </w:rPr>
        <w:t>Для створення промптів AI-моделей нам достатньо Sonnet.</w:t>
      </w:r>
    </w:p>
    <w:p>
      <w:pPr>
        <w:pStyle w:val="Heading2"/>
        <w:spacing w:before="200" w:after="100"/>
      </w:pPr>
      <w:r>
        <w:t>Що таке токени</w:t>
      </w:r>
    </w:p>
    <w:p>
      <w:pPr>
        <w:spacing w:after="120" w:line="259" w:lineRule="auto"/>
      </w:pPr>
      <w:r>
        <w:t>Токени — це невеликі частини тексту, які модель обробляє під час роботи.</w:t>
      </w:r>
    </w:p>
    <w:p>
      <w:pPr>
        <w:pStyle w:val="ListBullet"/>
      </w:pPr>
      <w:r>
        <w:t>Наш запит витрачає токени.</w:t>
      </w:r>
    </w:p>
    <w:p>
      <w:pPr>
        <w:pStyle w:val="ListBullet"/>
      </w:pPr>
      <w:r>
        <w:t>Відповідь Claude також витрачає токени.</w:t>
      </w:r>
    </w:p>
    <w:p>
      <w:pPr>
        <w:pStyle w:val="ListBullet"/>
      </w:pPr>
      <w:r>
        <w:t>Чим довший чат, більше тексту, файлів і відповідей — тим більше ресурсу використовується.</w:t>
      </w:r>
    </w:p>
    <w:p>
      <w:pPr>
        <w:pStyle w:val="ListBullet"/>
      </w:pPr>
      <w:r>
        <w:t>Складніші моделі та складніші задачі швидше витрачають доступний ліміт.</w:t>
      </w:r>
    </w:p>
    <w:p>
      <w:pPr>
        <w:pStyle w:val="Heading1"/>
        <w:spacing w:before="200" w:after="100"/>
      </w:pPr>
      <w:r>
        <w:t>3. Створюємо Project</w:t>
      </w:r>
    </w:p>
    <w:p>
      <w:pPr>
        <w:spacing w:after="120" w:line="259" w:lineRule="auto"/>
      </w:pPr>
      <w:r>
        <w:t>У лівому меню відкриваємо Projects і створюємо новий проєкт.</w:t>
      </w:r>
    </w:p>
    <w:p>
      <w:pPr>
        <w:spacing w:after="120" w:line="259" w:lineRule="auto"/>
      </w:pPr>
      <w:r>
        <w:rPr>
          <w:b/>
        </w:rPr>
        <w:t xml:space="preserve">Назва, наприклад: </w:t>
      </w:r>
      <w:r>
        <w:t>AI Model Prompt Assistant</w:t>
      </w:r>
    </w:p>
    <w:p>
      <w:pPr>
        <w:pStyle w:val="Heading1"/>
        <w:spacing w:before="200" w:after="100"/>
      </w:pPr>
      <w:r>
        <w:t>4. Додаємо системний промпт</w:t>
      </w:r>
    </w:p>
    <w:p>
      <w:pPr>
        <w:spacing w:after="120" w:line="259" w:lineRule="auto"/>
      </w:pPr>
      <w:r>
        <w:t>Усередині проєкту відкриваємо Project Instructions.</w:t>
      </w:r>
    </w:p>
    <w:p>
      <w:pPr>
        <w:spacing w:after="120" w:line="259" w:lineRule="auto"/>
      </w:pPr>
      <w:r>
        <w:t>Сюди вставляємо готовий системний промпт, який я вам даю.</w:t>
      </w:r>
    </w:p>
    <w:p>
      <w:pPr>
        <w:spacing w:after="120" w:line="259" w:lineRule="auto"/>
      </w:pPr>
      <w:r>
        <w:t>Системний промпт — це постійна інструкція для асистента: що він має робити, які параметри зовнішності аналізувати, як будувати промпт і в якому форматі давати результат.</w:t>
      </w:r>
    </w:p>
    <w:p>
      <w:pPr>
        <w:spacing w:after="120" w:line="259" w:lineRule="auto"/>
      </w:pPr>
      <w:r>
        <w:t>Після цього всі нові чати всередині цього Project працюють за нашими правилами.</w:t>
      </w:r>
    </w:p>
    <w:p>
      <w:pPr>
        <w:pStyle w:val="Heading1"/>
        <w:spacing w:before="200" w:after="100"/>
      </w:pPr>
      <w:r>
        <w:t>5. Варіант 1 — створюємо модель за описом</w:t>
      </w:r>
    </w:p>
    <w:p>
      <w:pPr>
        <w:spacing w:after="120" w:line="259" w:lineRule="auto"/>
      </w:pPr>
      <w:r>
        <w:t>Ми просто словами описуємо, яку модель хочемо отримати.</w:t>
      </w:r>
    </w:p>
    <w:p>
      <w:pPr>
        <w:spacing w:after="120" w:line="259" w:lineRule="auto"/>
      </w:pPr>
      <w:r>
        <w:rPr>
          <w:b/>
        </w:rPr>
        <w:t>Приклад запиту:</w:t>
      </w:r>
    </w:p>
    <w:p>
      <w:pPr>
        <w:spacing w:after="120" w:line="259" w:lineRule="auto"/>
        <w:ind w:left="397" w:right="397"/>
      </w:pPr>
      <w:r>
        <w:rPr>
          <w:i/>
        </w:rPr>
        <w:t>«Створи промпт для дівчини 25 років, дуже високої, худої, з довгим темно-каштановим волоссям, зеленими очима, вираженими вилицями, тонким носом і природною текстурою шкіри».</w:t>
      </w:r>
    </w:p>
    <w:p>
      <w:pPr>
        <w:spacing w:after="120" w:line="259" w:lineRule="auto"/>
      </w:pPr>
      <w:r>
        <w:t>Асистент перетворює наш опис на готовий промпт для генерації.</w:t>
      </w:r>
    </w:p>
    <w:p>
      <w:pPr>
        <w:spacing w:after="120" w:line="259" w:lineRule="auto"/>
      </w:pPr>
      <w:r>
        <w:rPr>
          <w:b/>
        </w:rPr>
        <w:t xml:space="preserve">На цьому моменті показуємо учням: </w:t>
      </w:r>
      <w:r>
        <w:t>наш текстовий запит → готовий промпт асистента → результат генерації.</w:t>
      </w:r>
    </w:p>
    <w:p>
      <w:pPr>
        <w:pStyle w:val="Heading2"/>
        <w:spacing w:before="200" w:after="100"/>
      </w:pPr>
      <w:r>
        <w:t>Генеруємо 4 варіанти</w:t>
      </w:r>
    </w:p>
    <w:p>
      <w:pPr>
        <w:spacing w:after="120" w:line="259" w:lineRule="auto"/>
      </w:pPr>
      <w:r>
        <w:t>За одним напрямом ми генеруємо чотири дівчини одного типажу, але вони мають достатньо сильно відрізнятися одна від одної.</w:t>
      </w:r>
    </w:p>
    <w:p>
      <w:pPr>
        <w:spacing w:after="120" w:line="259" w:lineRule="auto"/>
      </w:pPr>
      <w:r>
        <w:t>Вони можуть мати спільний загальний тип зовнішності, настрій і стилістику, але не повинні виглядати як одна й та сама людина.</w:t>
      </w:r>
    </w:p>
    <w:p>
      <w:pPr>
        <w:spacing w:after="120" w:line="259" w:lineRule="auto"/>
      </w:pPr>
      <w:r>
        <w:t>Відмінності мають бути помітними в рисах обличчя: форма очей, носа, губ, вилиць, волосся та загальне враження від зовнішності.</w:t>
      </w:r>
    </w:p>
    <w:p>
      <w:pPr>
        <w:pStyle w:val="Heading1"/>
        <w:spacing w:before="200" w:after="100"/>
      </w:pPr>
      <w:r>
        <w:t>6. Варіант 2 — створюємо модель за фото-референсом</w:t>
      </w:r>
    </w:p>
    <w:p>
      <w:pPr>
        <w:spacing w:after="120" w:line="259" w:lineRule="auto"/>
      </w:pPr>
      <w:r>
        <w:t>Завантажуємо в чат фотографію людини, зовнішність якої хочемо використати як референс.</w:t>
      </w:r>
    </w:p>
    <w:p>
      <w:pPr>
        <w:spacing w:after="120" w:line="259" w:lineRule="auto"/>
      </w:pPr>
      <w:r>
        <w:t>Асистент аналізує видимі характеристики зовнішності та формує текстовий промпт на їх основі.</w:t>
      </w:r>
    </w:p>
    <w:p>
      <w:pPr>
        <w:spacing w:after="120" w:line="259" w:lineRule="auto"/>
      </w:pPr>
      <w:r>
        <w:rPr>
          <w:b/>
        </w:rPr>
        <w:t xml:space="preserve">На цьому моменті показуємо: </w:t>
      </w:r>
      <w:r>
        <w:t>фото-референс → готовий промпт асистента → результат генерації.</w:t>
      </w:r>
    </w:p>
    <w:p>
      <w:pPr>
        <w:pStyle w:val="Heading1"/>
        <w:spacing w:before="200" w:after="100"/>
      </w:pPr>
      <w:r>
        <w:t>7. Кого ми можемо створювати</w:t>
      </w:r>
    </w:p>
    <w:p>
      <w:pPr>
        <w:spacing w:after="120" w:line="259" w:lineRule="auto"/>
      </w:pPr>
      <w:r>
        <w:t>Цей принцип не обмежується молодими жіночими моделями.</w:t>
      </w:r>
    </w:p>
    <w:p>
      <w:pPr>
        <w:pStyle w:val="ListBullet"/>
      </w:pPr>
      <w:r>
        <w:t>жінки;</w:t>
      </w:r>
    </w:p>
    <w:p>
      <w:pPr>
        <w:pStyle w:val="ListBullet"/>
      </w:pPr>
      <w:r>
        <w:t>чоловіки;</w:t>
      </w:r>
    </w:p>
    <w:p>
      <w:pPr>
        <w:pStyle w:val="ListBullet"/>
      </w:pPr>
      <w:r>
        <w:t>діти;</w:t>
      </w:r>
    </w:p>
    <w:p>
      <w:pPr>
        <w:pStyle w:val="ListBullet"/>
      </w:pPr>
      <w:r>
        <w:t>люди різного віку;</w:t>
      </w:r>
    </w:p>
    <w:p>
      <w:pPr>
        <w:pStyle w:val="ListBullet"/>
      </w:pPr>
      <w:r>
        <w:t>люди різного етнічного походження та різних типів зовнішності.</w:t>
      </w:r>
    </w:p>
    <w:p>
      <w:pPr>
        <w:spacing w:after="120" w:line="259" w:lineRule="auto"/>
      </w:pPr>
      <w:r>
        <w:t>Механіка однакова: або описуємо потрібну людину словами, або використовуємо фото-референс.</w:t>
      </w:r>
    </w:p>
    <w:p>
      <w:pPr>
        <w:pStyle w:val="Heading1"/>
        <w:spacing w:before="200" w:after="100"/>
      </w:pPr>
      <w:r>
        <w:t>Результат уроку</w:t>
      </w:r>
    </w:p>
    <w:p>
      <w:pPr>
        <w:spacing w:after="120" w:line="259" w:lineRule="auto"/>
      </w:pPr>
      <w:r>
        <w:t>У нас є власний AI-асистент у Claude, який створює промпти для AI-моделей двома способами: за текстовим описом або за фотографією-референсом.</w:t>
      </w:r>
    </w:p>
    <w:p>
      <w:pPr>
        <w:pStyle w:val="Heading1"/>
        <w:spacing w:before="200" w:after="100"/>
      </w:pPr>
      <w:r>
        <w:t>Наступний урок</w:t>
      </w:r>
    </w:p>
    <w:p>
      <w:pPr>
        <w:spacing w:after="120" w:line="259" w:lineRule="auto"/>
      </w:pPr>
      <w:r>
        <w:rPr>
          <w:b w:val="0"/>
        </w:rPr>
        <w:t xml:space="preserve">У наступному уроці ми перейдемо до практики й будемо створювати снепи, які можна продавати за </w:t>
      </w:r>
      <w:r>
        <w:rPr>
          <w:b/>
        </w:rPr>
        <w:t>150–600 €</w:t>
      </w:r>
      <w:r>
        <w:t>.</w:t>
      </w:r>
    </w:p>
    <w:sectPr w:rsidR="00FC693F" w:rsidRPr="0006063C" w:rsidSect="00034616">
      <w:footerReference w:type="default" r:id="rId9"/>
      <w:pgSz w:w="12240" w:h="15840"/>
      <w:pgMar w:top="1020" w:right="1191" w:bottom="1020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8"/>
      </w:rPr>
      <w:t>AI Real Model • Урок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